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4"/>
        </w:rPr>
        <w:t>출 장 보 고 서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68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shd w:fill="EEF2F7"/>
          </w:tcPr>
          <w:p>
            <w:pPr>
              <w:jc w:val="center"/>
            </w:pPr>
            <w:r/>
            <w:r>
              <w:rPr>
                <w:b/>
                <w:sz w:val="18"/>
              </w:rPr>
              <w:t>결재</w:t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shd w:fill="EEF2F7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담당</w:t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shd w:fill="EEF2F7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검토</w:t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  <w:shd w:fill="EEF2F7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승인</w:t>
            </w:r>
          </w:p>
        </w:tc>
      </w:tr>
      <w:tr>
        <w:tc>
          <w:tcPr>
            <w:tcW w:type="dxa" w:w="68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  <w:tc>
          <w:tcPr>
            <w:tcW w:type="dxa" w:w="1361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  <w:t>(서명)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소속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직위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성명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사번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출장기간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20____년 ____월 ____일  ~  20____년 ____월 ____일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출장지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출장목적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동행자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교통수단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정산여부</w:t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left"/>
            </w:pPr>
            <w:r/>
            <w:r>
              <w:rPr>
                <w:b w:val="0"/>
                <w:sz w:val="18"/>
              </w:rPr>
              <w:t>□ 정산완료  □ 미정산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일자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방문처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수행업무</w:t>
            </w:r>
          </w:p>
        </w:tc>
        <w:tc>
          <w:tcPr>
            <w:tcW w:type="dxa" w:w="255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주요 결과</w:t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55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1701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출장 결과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701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후속 조치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1701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비고</w:t>
            </w:r>
          </w:p>
        </w:tc>
        <w:tc>
          <w:tcPr>
            <w:tcW w:type="dxa" w:w="510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구분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금액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사용일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내용</w:t>
            </w:r>
          </w:p>
        </w:tc>
        <w:tc>
          <w:tcPr>
            <w:tcW w:type="dxa" w:w="2040"/>
            <w:shd w:fill="EEF2F7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/>
                <w:sz w:val="18"/>
              </w:rPr>
              <w:t>증빙</w:t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2040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vAlign w:val="center"/>
          </w:tcPr>
          <w:p>
            <w:pPr>
              <w:jc w:val="center"/>
            </w:pPr>
            <w:r/>
            <w:r>
              <w:rPr>
                <w:b w:val="0"/>
                <w:sz w:val="18"/>
              </w:rPr>
            </w:r>
          </w:p>
        </w:tc>
      </w:tr>
    </w:tbl>
    <w:p/>
    <w:p>
      <w:pPr>
        <w:jc w:val="left"/>
      </w:pPr>
      <w:r>
        <w:rPr>
          <w:sz w:val="18"/>
        </w:rPr>
        <w:t>※ 출장비 정산 시 영수증, 카드전표, 교통·숙박 증빙을 함께 첨부합니다.</w:t>
      </w:r>
    </w:p>
    <w:p>
      <w:pPr>
        <w:jc w:val="center"/>
      </w:pPr>
      <w:r>
        <w:t>20____년 ____월 ____일</w:t>
      </w:r>
    </w:p>
    <w:p>
      <w:pPr>
        <w:jc w:val="right"/>
      </w:pPr>
      <w:r>
        <w:t>보고자: ____________________  (서명/인)</w:t>
      </w:r>
    </w:p>
    <w:sectPr w:rsidR="00FC693F" w:rsidRPr="0006063C" w:rsidSect="00034616">
      <w:pgSz w:w="12240" w:h="15840"/>
      <w:pgMar w:top="1020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