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8"/>
        </w:rPr>
        <w:t>경  력  증  명 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주소</w:t>
            </w:r>
          </w:p>
        </w:tc>
        <w:tc>
          <w:tcPr>
            <w:tcW w:type="dxa" w:w="7569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이메일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입사일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퇴사일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재직기간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____년 ____개월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고용형태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p>
      <w:r>
        <w:rPr>
          <w:b/>
        </w:rPr>
        <w:t>근무 및 경력 사항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근무기간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부서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직위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담당업무</w:t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발급용도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제출처</w:t>
            </w:r>
          </w:p>
        </w:tc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담당업무 상세</w:t>
            </w:r>
          </w:p>
        </w:tc>
        <w:tc>
          <w:tcPr>
            <w:tcW w:type="dxa" w:w="7569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2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  <w:tc>
          <w:tcPr>
            <w:tcW w:type="dxa" w:w="7569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p>
      <w:pPr>
        <w:jc w:val="center"/>
      </w:pPr>
      <w:r>
        <w:rPr>
          <w:sz w:val="24"/>
        </w:rPr>
        <w:t>상기와 같이 경력을 증명합니다.</w:t>
      </w:r>
    </w:p>
    <w:p/>
    <w:p>
      <w:pPr>
        <w:jc w:val="center"/>
      </w:pPr>
      <w:r>
        <w:t>20____년 ____월 ____일</w:t>
      </w:r>
    </w:p>
    <w:p>
      <w:pPr>
        <w:jc w:val="right"/>
      </w:pPr>
      <w:r>
        <w:t>회사명: ______________________________</w:t>
      </w:r>
    </w:p>
    <w:p>
      <w:pPr>
        <w:jc w:val="right"/>
      </w:pPr>
      <w:r>
        <w:t>대표자: ______________________  (직인)</w:t>
      </w:r>
    </w:p>
    <w:p>
      <w:pPr>
        <w:jc w:val="right"/>
      </w:pPr>
      <w:r>
        <w:t>발급담당자: __________________  연락처: __________________</w:t>
      </w:r>
    </w:p>
    <w:sectPr w:rsidR="00FC693F" w:rsidRPr="0006063C" w:rsidSect="00034616">
      <w:pgSz w:w="11906" w:h="16838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