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0000"/>
          <w:sz w:val="48"/>
        </w:rPr>
        <w:t>내 용 증 명</w:t>
      </w:r>
    </w:p>
    <w:p>
      <w:pPr>
        <w:jc w:val="center"/>
      </w:pPr>
      <w:r>
        <w:t>아래와 같은 내용의 문서를 발송하였음을 증명하기 위한 작성용 양식입니다.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수신인 성명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수신인 연락처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수신인 주소</w:t>
            </w:r>
          </w:p>
        </w:tc>
        <w:tc>
          <w:tcPr>
            <w:tcW w:type="dxa" w:w="8277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발신인 성명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발신인 연락처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발신인 주소</w:t>
            </w:r>
          </w:p>
        </w:tc>
        <w:tc>
          <w:tcPr>
            <w:tcW w:type="dxa" w:w="8277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8277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발송 목적</w:t>
            </w:r>
          </w:p>
        </w:tc>
        <w:tc>
          <w:tcPr>
            <w:tcW w:type="dxa" w:w="8277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이행기한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____일까지</w:t>
            </w:r>
          </w:p>
        </w:tc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첨부서류</w:t>
            </w:r>
          </w:p>
        </w:tc>
        <w:tc>
          <w:tcPr>
            <w:tcW w:type="dxa" w:w="8277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사실관계</w:t>
            </w:r>
          </w:p>
        </w:tc>
      </w:tr>
      <w:tr>
        <w:tc>
          <w:tcPr>
            <w:tcW w:type="dxa" w:w="997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top"/>
          </w:tcPr>
          <w:p>
            <w:pPr>
              <w:spacing w:line="360" w:lineRule="auto"/>
            </w:pPr>
            <w:r/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요구사항</w:t>
            </w:r>
          </w:p>
        </w:tc>
      </w:tr>
      <w:tr>
        <w:tc>
          <w:tcPr>
            <w:tcW w:type="dxa" w:w="997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top"/>
          </w:tcPr>
          <w:p>
            <w:pPr>
              <w:spacing w:line="360" w:lineRule="auto"/>
            </w:pPr>
            <w:r/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  <w:p>
            <w:pPr>
              <w:spacing w:line="360" w:lineRule="auto"/>
            </w:pPr>
            <w:r>
              <w:t xml:space="preserve">　</w:t>
            </w:r>
          </w:p>
        </w:tc>
      </w:tr>
    </w:tbl>
    <w:p>
      <w:pPr>
        <w:jc w:val="left"/>
      </w:pPr>
      <w:r>
        <w:t>※ 작성 내용은 발신인·수신인·사실관계·요구사항을 객관적으로 확인할 수 있도록 육하원칙에 맞춰 작성합니다.</w:t>
      </w:r>
    </w:p>
    <w:p>
      <w:pPr>
        <w:spacing w:before="320"/>
        <w:jc w:val="center"/>
      </w:pPr>
      <w:r>
        <w:t>20____년 ____월 ____일</w:t>
      </w:r>
    </w:p>
    <w:p>
      <w:pPr>
        <w:jc w:val="right"/>
      </w:pPr>
      <w:r>
        <w:t>발신인: ____________________  (서명 또는 인)</w:t>
      </w:r>
    </w:p>
    <w:p>
      <w:pPr>
        <w:spacing w:before="240"/>
        <w:jc w:val="left"/>
      </w:pPr>
      <w:r>
        <w:t>우체국 접수 시 동일한 내용의 문서 3부를 준비하고, 봉투의 발신인·수신인 정보와 문서 내용이 일치하는지 확인하세요.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