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sz w:val="48"/>
        </w:rPr>
        <w:t>재 직 증 명 서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성명</w:t>
            </w:r>
          </w:p>
        </w:tc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생년월일</w:t>
            </w:r>
          </w:p>
        </w:tc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주소</w:t>
            </w:r>
          </w:p>
        </w:tc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연락처</w:t>
            </w:r>
          </w:p>
        </w:tc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소속</w:t>
            </w:r>
          </w:p>
        </w:tc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직위</w:t>
            </w:r>
          </w:p>
        </w:tc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입사일</w:t>
            </w:r>
          </w:p>
        </w:tc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20____년 ____월 ____일</w:t>
            </w:r>
          </w:p>
        </w:tc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재직기간</w:t>
            </w:r>
          </w:p>
        </w:tc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20____년 ____월 ____일 현재 재직 중</w:t>
            </w:r>
          </w:p>
        </w:tc>
      </w:tr>
      <w:tr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고용형태</w:t>
            </w:r>
          </w:p>
        </w:tc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정규직 / 계약직 / 기타</w:t>
            </w:r>
          </w:p>
        </w:tc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사번</w:t>
            </w:r>
          </w:p>
        </w:tc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사용 용도</w:t>
            </w:r>
          </w:p>
        </w:tc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제출처</w:t>
            </w:r>
          </w:p>
        </w:tc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발급번호</w:t>
            </w:r>
          </w:p>
        </w:tc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발급일</w:t>
            </w:r>
          </w:p>
        </w:tc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20____년 ____월 ____일</w:t>
            </w:r>
          </w:p>
        </w:tc>
      </w:tr>
      <w:tr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비고</w:t>
            </w:r>
          </w:p>
        </w:tc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담당자</w:t>
            </w:r>
          </w:p>
        </w:tc>
        <w:tc>
          <w:tcPr>
            <w:tcW w:type="dxa" w:w="246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>
      <w:pPr>
        <w:spacing w:before="560"/>
        <w:jc w:val="center"/>
      </w:pPr>
      <w:r>
        <w:t>위 사람은 현재 당사에 재직 중임을 증명합니다.</w:t>
      </w:r>
    </w:p>
    <w:p>
      <w:pPr>
        <w:spacing w:before="640"/>
        <w:jc w:val="center"/>
      </w:pPr>
      <w:r>
        <w:t>20____년 ____월 ____일</w:t>
      </w:r>
    </w:p>
    <w:p>
      <w:pPr>
        <w:jc w:val="right"/>
      </w:pPr>
      <w:r>
        <w:t>회사명: ______________________________</w:t>
      </w:r>
    </w:p>
    <w:p>
      <w:pPr>
        <w:jc w:val="right"/>
      </w:pPr>
      <w:r>
        <w:t>주소: ________________________________</w:t>
      </w:r>
    </w:p>
    <w:p>
      <w:pPr>
        <w:jc w:val="right"/>
      </w:pPr>
      <w:r>
        <w:t>대표자: ______________________  (직인)</w:t>
      </w:r>
    </w:p>
    <w:p>
      <w:pPr>
        <w:spacing w:before="400"/>
      </w:pPr>
      <w:r>
        <w:t>※ 제출 기관에서 지정한 서식이나 추가 항목이 있는 경우 해당 기준을 우선 확인하세요.</w:t>
      </w:r>
    </w:p>
    <w:sectPr w:rsidR="00FC693F" w:rsidRPr="0006063C" w:rsidSect="00034616">
      <w:pgSz w:w="11906" w:h="16838"/>
      <w:pgMar w:top="1020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