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6"/>
        </w:rPr>
        <w:t>지 출 결 의 서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결재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검토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승인</w:t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신청부서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작성자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지출일자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지출처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지출금액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일금 ______________________________ 원정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지급방법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현금  □ 계좌이체  □ 카드</w:t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계정과목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증빙첨부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영수증  □ 세금계산서  □ 카드전표</w:t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지출목적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프로젝트/거래처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정산여부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정산완료  □ 미정산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일자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지출내역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계정과목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금액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증빙/비고</w:t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지출 사유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첨부 서류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□ 영수증  □ 세금계산서  □ 견적서  □ 거래명세서  □ 기타</w:t>
            </w:r>
          </w:p>
        </w:tc>
      </w:tr>
    </w:tbl>
    <w:p/>
    <w:p>
      <w:pPr>
        <w:jc w:val="center"/>
      </w:pPr>
      <w:r>
        <w:rPr>
          <w:sz w:val="22"/>
        </w:rPr>
        <w:t>위와 같이 지출하고자 하오니 승인하여 주시기 바랍니다.</w:t>
      </w:r>
    </w:p>
    <w:p>
      <w:pPr>
        <w:jc w:val="center"/>
      </w:pPr>
      <w:r>
        <w:t>20____년 ____월 ____일</w:t>
      </w:r>
    </w:p>
    <w:p>
      <w:pPr>
        <w:jc w:val="right"/>
      </w:pPr>
      <w:r>
        <w:t>신청인: __________________________  (서명/인)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