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6"/>
        </w:rPr>
        <w:t>물 품 수 령 증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수령일자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20____년 ____월 ____일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문서번호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인도자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연락처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수령자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소속/직위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수령장소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용도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비고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첨부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거래명세서  □ 납품서  □ 사진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품명</w:t>
            </w:r>
          </w:p>
        </w:tc>
        <w:tc>
          <w:tcPr>
            <w:tcW w:type="dxa" w:w="170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규격/모델</w:t>
            </w:r>
          </w:p>
        </w:tc>
        <w:tc>
          <w:tcPr>
            <w:tcW w:type="dxa" w:w="170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수량</w:t>
            </w:r>
          </w:p>
        </w:tc>
        <w:tc>
          <w:tcPr>
            <w:tcW w:type="dxa" w:w="170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단위</w:t>
            </w:r>
          </w:p>
        </w:tc>
        <w:tc>
          <w:tcPr>
            <w:tcW w:type="dxa" w:w="170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물품상태</w:t>
            </w:r>
          </w:p>
        </w:tc>
        <w:tc>
          <w:tcPr>
            <w:tcW w:type="dxa" w:w="170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비고</w:t>
            </w:r>
          </w:p>
        </w:tc>
      </w:tr>
      <w:tr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7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수령 확인 내용</w:t>
            </w:r>
          </w:p>
        </w:tc>
        <w:tc>
          <w:tcPr>
            <w:tcW w:type="dxa" w:w="51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위 물품을 이상 없이 수령하였음을 확인합니다.</w:t>
            </w:r>
          </w:p>
        </w:tc>
      </w:tr>
      <w:tr>
        <w:tc>
          <w:tcPr>
            <w:tcW w:type="dxa" w:w="510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검수 결과</w:t>
            </w:r>
          </w:p>
        </w:tc>
        <w:tc>
          <w:tcPr>
            <w:tcW w:type="dxa" w:w="51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□ 이상 없음  □ 일부 파손  □ 수량 차이  □ 기타</w:t>
            </w:r>
          </w:p>
        </w:tc>
      </w:tr>
      <w:tr>
        <w:tc>
          <w:tcPr>
            <w:tcW w:type="dxa" w:w="510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특이사항</w:t>
            </w:r>
          </w:p>
        </w:tc>
        <w:tc>
          <w:tcPr>
            <w:tcW w:type="dxa" w:w="51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</w:tbl>
    <w:p/>
    <w:p>
      <w:pPr>
        <w:jc w:val="center"/>
      </w:pPr>
      <w:r>
        <w:t>20____년 ____월 ____일</w:t>
      </w:r>
    </w:p>
    <w:p>
      <w:pPr>
        <w:jc w:val="right"/>
      </w:pPr>
      <w:r>
        <w:t>수령자: ____________________ (서명/인)    인도자: ____________________ (서명/인)</w:t>
      </w:r>
    </w:p>
    <w:p>
      <w:r>
        <w:rPr>
          <w:sz w:val="18"/>
        </w:rPr>
        <w:t>※ 물품의 수량과 상태를 확인한 뒤 서명하고, 필요한 경우 사진이나 납품서를 함께 보관합니다.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