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8"/>
        </w:rPr>
        <w:t>경  위 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소속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직위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사번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발생 일시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 ____시 ____분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발생 장소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관련자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보고 일자</w:t>
            </w:r>
          </w:p>
        </w:tc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</w:tr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경위 제목</w:t>
            </w:r>
          </w:p>
        </w:tc>
        <w:tc>
          <w:tcPr>
            <w:tcW w:type="dxa" w:w="7569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조치 사항</w:t>
            </w:r>
          </w:p>
        </w:tc>
        <w:tc>
          <w:tcPr>
            <w:tcW w:type="dxa" w:w="7569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첨부 자료</w:t>
            </w:r>
          </w:p>
        </w:tc>
        <w:tc>
          <w:tcPr>
            <w:tcW w:type="dxa" w:w="7569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경위 내용</w:t>
            </w:r>
          </w:p>
        </w:tc>
      </w:tr>
      <w:tr>
        <w:tc>
          <w:tcPr>
            <w:tcW w:type="dxa" w:w="1009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r/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  <w:p>
            <w:r/>
          </w:p>
        </w:tc>
      </w:tr>
    </w:tbl>
    <w:p/>
    <w:p>
      <w:pPr>
        <w:jc w:val="center"/>
      </w:pPr>
      <w:r>
        <w:rPr>
          <w:sz w:val="22"/>
        </w:rPr>
        <w:t>위 내용은 사실과 다름없음을 확인합니다.</w:t>
      </w:r>
    </w:p>
    <w:p/>
    <w:p>
      <w:pPr>
        <w:jc w:val="center"/>
      </w:pPr>
      <w:r>
        <w:t>20____년 ____월 ____일</w:t>
      </w:r>
    </w:p>
    <w:p>
      <w:pPr>
        <w:jc w:val="right"/>
      </w:pPr>
      <w:r>
        <w:t>작성자: ____________________  (서명/인)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3364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검토</w:t>
            </w:r>
          </w:p>
        </w:tc>
        <w:tc>
          <w:tcPr>
            <w:tcW w:type="dxa" w:w="3364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승인</w:t>
            </w:r>
          </w:p>
        </w:tc>
      </w:tr>
      <w:tr>
        <w:tc>
          <w:tcPr>
            <w:tcW w:type="dxa" w:w="336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(서명)</w:t>
            </w:r>
          </w:p>
        </w:tc>
        <w:tc>
          <w:tcPr>
            <w:tcW w:type="dxa" w:w="336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(서명)</w:t>
            </w:r>
          </w:p>
        </w:tc>
        <w:tc>
          <w:tcPr>
            <w:tcW w:type="dxa" w:w="336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(서명)</w:t>
            </w:r>
          </w:p>
        </w:tc>
      </w:tr>
    </w:tbl>
    <w:sectPr w:rsidR="00FC693F" w:rsidRPr="0006063C" w:rsidSect="00034616">
      <w:pgSz w:w="11906" w:h="16838"/>
      <w:pgMar w:top="964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