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0000"/>
          <w:sz w:val="46"/>
        </w:rPr>
        <w:t>진 료 확 인 서</w:t>
      </w:r>
    </w:p>
    <w:p>
      <w:pPr>
        <w:jc w:val="center"/>
      </w:pPr>
      <w:r>
        <w:t>아래 환자가 본 의료기관에서 진료를 받은 사실을 확인합니다.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환자 성명</w:t>
            </w:r>
          </w:p>
        </w:tc>
        <w:tc>
          <w:tcPr>
            <w:tcW w:type="dxa" w:w="32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생년월일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 xml:space="preserve">        년      월      일</w:t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연락처</w:t>
            </w:r>
          </w:p>
        </w:tc>
        <w:tc>
          <w:tcPr>
            <w:tcW w:type="dxa" w:w="32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주민등록번호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 xml:space="preserve">        -</w:t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주소</w:t>
            </w:r>
          </w:p>
        </w:tc>
        <w:tc>
          <w:tcPr>
            <w:tcW w:type="dxa" w:w="8220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진료일자</w:t>
            </w:r>
          </w:p>
        </w:tc>
        <w:tc>
          <w:tcPr>
            <w:tcW w:type="dxa" w:w="32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20      년      월      일</w:t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진료구분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외래 / 입원 / 응급</w:t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진료과목</w:t>
            </w:r>
          </w:p>
        </w:tc>
        <w:tc>
          <w:tcPr>
            <w:tcW w:type="dxa" w:w="323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담당의</w:t>
            </w:r>
          </w:p>
        </w:tc>
        <w:tc>
          <w:tcPr>
            <w:tcW w:type="dxa" w:w="3288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70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사용용도</w:t>
            </w:r>
          </w:p>
        </w:tc>
        <w:tc>
          <w:tcPr>
            <w:tcW w:type="dxa" w:w="8220"/>
            <w:gridSpan w:val="3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  <w:t>회사 제출 / 보험 청구 / 학교 제출 / 기타</w:t>
            </w:r>
          </w:p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</w:r>
          </w:p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진료 내용 또는 확인 사항</w:t>
            </w:r>
          </w:p>
        </w:tc>
      </w:tr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top"/>
          </w:tcPr>
          <w:p>
            <w:pPr>
              <w:spacing w:line="324" w:lineRule="auto"/>
            </w:pPr>
            <w:r/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78"/>
      </w:tblGrid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fill="EEF2F7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비고</w:t>
            </w:r>
          </w:p>
        </w:tc>
      </w:tr>
      <w:tr>
        <w:tc>
          <w:tcPr>
            <w:tcW w:type="dxa" w:w="9921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vAlign w:val="top"/>
          </w:tcPr>
          <w:p>
            <w:pPr>
              <w:spacing w:line="324" w:lineRule="auto"/>
            </w:pPr>
            <w:r/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  <w:p>
            <w:pPr>
              <w:spacing w:line="324" w:lineRule="auto"/>
            </w:pPr>
            <w:r>
              <w:t xml:space="preserve"> </w:t>
            </w:r>
          </w:p>
        </w:tc>
      </w:tr>
    </w:tbl>
    <w:p>
      <w:pPr>
        <w:jc w:val="left"/>
      </w:pPr>
      <w:r>
        <w:t>※ 본 양식은 일반 작성용 예시입니다. 실제 제출처가 요구하는 병원 자체 서식, 진단서, 소견서, 입퇴원확인서와 다를 수 있으므로 제출 전 확인하시기 바랍니다.</w:t>
      </w:r>
    </w:p>
    <w:p>
      <w:pPr>
        <w:spacing w:before="200"/>
        <w:jc w:val="center"/>
      </w:pPr>
      <w:r>
        <w:t>20      년      월      일</w:t>
      </w:r>
    </w:p>
    <w:p>
      <w:pPr>
        <w:jc w:val="right"/>
      </w:pPr>
      <w:r>
        <w:t>의료기관명: ______________________________</w:t>
      </w:r>
    </w:p>
    <w:p>
      <w:pPr>
        <w:jc w:val="right"/>
      </w:pPr>
      <w:r>
        <w:t>주소: ____________________________________</w:t>
      </w:r>
    </w:p>
    <w:p>
      <w:pPr>
        <w:jc w:val="right"/>
      </w:pPr>
      <w:r>
        <w:t>담당의: ____________________  (서명 또는 인)</w:t>
      </w:r>
    </w:p>
    <w:p>
      <w:pPr>
        <w:jc w:val="right"/>
      </w:pPr>
      <w:r>
        <w:t>병원 직인: ____________________</w:t>
      </w:r>
    </w:p>
    <w:sectPr w:rsidR="00FC693F" w:rsidRPr="0006063C" w:rsidSect="00034616">
      <w:pgSz w:w="11906" w:h="16838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