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회 의 록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회의명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회의일시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 ____:____</w:t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회의장소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작성자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주관부서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회의구분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정기  □ 임시  □ 보고  □ 협의</w:t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참석자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불참자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배포대상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보관부서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안건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논의내용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결정사항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후속 조치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담당자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기한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진행상태</w:t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회의 요약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첨부자료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□ 회의자료  □ 보고서  □ 사진  □ 기타</w:t>
            </w:r>
          </w:p>
        </w:tc>
      </w:tr>
    </w:tbl>
    <w:p/>
    <w:p>
      <w:pPr>
        <w:jc w:val="center"/>
      </w:pPr>
      <w:r>
        <w:t>20____년 ____월 ____일</w:t>
      </w:r>
    </w:p>
    <w:p>
      <w:pPr>
        <w:jc w:val="right"/>
      </w:pPr>
      <w:r>
        <w:t>작성자: __________________________  (서명/인)</w:t>
      </w:r>
    </w:p>
    <w:sectPr w:rsidR="00FC693F" w:rsidRPr="0006063C" w:rsidSect="00034616"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