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6"/>
        </w:rPr>
        <w:t>공  문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문서번호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20____-____</w:t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시행일자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</w:t>
            </w:r>
          </w:p>
        </w:tc>
      </w:tr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수신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참조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제목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공개여부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공개  □ 비공개</w:t>
            </w:r>
          </w:p>
        </w:tc>
      </w:tr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담당부서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담당자·연락처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본문</w:t>
            </w:r>
          </w:p>
        </w:tc>
        <w:tc>
          <w:tcPr>
            <w:tcW w:type="dxa" w:w="515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5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붙임</w:t>
            </w:r>
          </w:p>
        </w:tc>
        <w:tc>
          <w:tcPr>
            <w:tcW w:type="dxa" w:w="515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있음  □ 없음</w:t>
            </w:r>
          </w:p>
        </w:tc>
      </w:tr>
      <w:tr>
        <w:tc>
          <w:tcPr>
            <w:tcW w:type="dxa" w:w="515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발신명의</w:t>
            </w:r>
          </w:p>
        </w:tc>
        <w:tc>
          <w:tcPr>
            <w:tcW w:type="dxa" w:w="515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</w:tbl>
    <w:p/>
    <w:p>
      <w:pPr>
        <w:jc w:val="center"/>
      </w:pPr>
      <w:r>
        <w:rPr>
          <w:sz w:val="20"/>
        </w:rPr>
        <w:t>위와 같이 안내하오니 업무에 참고하시기 바랍니다.</w:t>
      </w:r>
    </w:p>
    <w:p/>
    <w:p>
      <w:pPr>
        <w:jc w:val="right"/>
      </w:pPr>
      <w:r>
        <w:rPr>
          <w:sz w:val="20"/>
        </w:rPr>
        <w:t>발신자: ____________________  (직인 또는 서명)</w:t>
      </w:r>
    </w:p>
    <w:sectPr w:rsidR="00FC693F" w:rsidRPr="0006063C" w:rsidSect="00034616">
      <w:pgSz w:w="12240" w:h="15840"/>
      <w:pgMar w:top="850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