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8"/>
        </w:rPr>
        <w:t>급 여 명 세 서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2635"/>
        <w:gridCol w:w="2635"/>
        <w:gridCol w:w="2635"/>
        <w:gridCol w:w="2635"/>
      </w:tblGrid>
      <w:tr>
        <w:tc>
          <w:tcPr>
            <w:tcW w:type="dxa" w:w="2635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지급월</w:t>
            </w:r>
          </w:p>
        </w:tc>
        <w:tc>
          <w:tcPr>
            <w:tcW w:type="dxa" w:w="2635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left"/>
            </w:pPr>
            <w:r/>
            <w:r>
              <w:rPr>
                <w:b w:val="0"/>
                <w:sz w:val="18"/>
              </w:rPr>
              <w:t>20____년 ____월분</w:t>
            </w:r>
          </w:p>
        </w:tc>
        <w:tc>
          <w:tcPr>
            <w:tcW w:type="dxa" w:w="2635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지급일</w:t>
            </w:r>
          </w:p>
        </w:tc>
        <w:tc>
          <w:tcPr>
            <w:tcW w:type="dxa" w:w="2635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left"/>
            </w:pPr>
            <w:r/>
            <w:r>
              <w:rPr>
                <w:b w:val="0"/>
                <w:sz w:val="18"/>
              </w:rPr>
              <w:t>20____년 ____월 ____일</w:t>
            </w:r>
          </w:p>
        </w:tc>
      </w:tr>
      <w:tr>
        <w:tc>
          <w:tcPr>
            <w:tcW w:type="dxa" w:w="2635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사업장명</w:t>
            </w:r>
          </w:p>
        </w:tc>
        <w:tc>
          <w:tcPr>
            <w:tcW w:type="dxa" w:w="2635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left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635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사업자등록번호</w:t>
            </w:r>
          </w:p>
        </w:tc>
        <w:tc>
          <w:tcPr>
            <w:tcW w:type="dxa" w:w="2635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left"/>
            </w:pPr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2635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근로자명</w:t>
            </w:r>
          </w:p>
        </w:tc>
        <w:tc>
          <w:tcPr>
            <w:tcW w:type="dxa" w:w="2635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left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635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사번/부서</w:t>
            </w:r>
          </w:p>
        </w:tc>
        <w:tc>
          <w:tcPr>
            <w:tcW w:type="dxa" w:w="2635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left"/>
            </w:pPr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2635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직위/직책</w:t>
            </w:r>
          </w:p>
        </w:tc>
        <w:tc>
          <w:tcPr>
            <w:tcW w:type="dxa" w:w="2635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left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635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입사일</w:t>
            </w:r>
          </w:p>
        </w:tc>
        <w:tc>
          <w:tcPr>
            <w:tcW w:type="dxa" w:w="2635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left"/>
            </w:pPr>
            <w:r/>
            <w:r>
              <w:rPr>
                <w:b w:val="0"/>
                <w:sz w:val="18"/>
              </w:rPr>
              <w:t>20____년 ____월 ____일</w:t>
            </w:r>
          </w:p>
        </w:tc>
      </w:tr>
      <w:tr>
        <w:tc>
          <w:tcPr>
            <w:tcW w:type="dxa" w:w="2635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근무기간</w:t>
            </w:r>
          </w:p>
        </w:tc>
        <w:tc>
          <w:tcPr>
            <w:tcW w:type="dxa" w:w="2635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left"/>
            </w:pPr>
            <w:r/>
            <w:r>
              <w:rPr>
                <w:b w:val="0"/>
                <w:sz w:val="18"/>
              </w:rPr>
              <w:t>20____년 ____월 ____일 ~ 20____년 ____월 ____일</w:t>
            </w:r>
          </w:p>
        </w:tc>
        <w:tc>
          <w:tcPr>
            <w:tcW w:type="dxa" w:w="2635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지급방식</w:t>
            </w:r>
          </w:p>
        </w:tc>
        <w:tc>
          <w:tcPr>
            <w:tcW w:type="dxa" w:w="2635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left"/>
            </w:pPr>
            <w:r/>
            <w:r>
              <w:rPr>
                <w:b w:val="0"/>
                <w:sz w:val="18"/>
              </w:rPr>
              <w:t>□ 계좌이체  □ 현금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2635"/>
        <w:gridCol w:w="2635"/>
        <w:gridCol w:w="2635"/>
        <w:gridCol w:w="2635"/>
      </w:tblGrid>
      <w:tr>
        <w:tc>
          <w:tcPr>
            <w:tcW w:type="dxa" w:w="2635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지급 항목</w:t>
            </w:r>
          </w:p>
        </w:tc>
        <w:tc>
          <w:tcPr>
            <w:tcW w:type="dxa" w:w="2635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금액</w:t>
            </w:r>
          </w:p>
        </w:tc>
        <w:tc>
          <w:tcPr>
            <w:tcW w:type="dxa" w:w="2635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공제 항목</w:t>
            </w:r>
          </w:p>
        </w:tc>
        <w:tc>
          <w:tcPr>
            <w:tcW w:type="dxa" w:w="2635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금액</w:t>
            </w:r>
          </w:p>
        </w:tc>
      </w:tr>
      <w:tr>
        <w:tc>
          <w:tcPr>
            <w:tcW w:type="dxa" w:w="2635"/>
            <w:shd w:fill="F8FAFC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기본급</w:t>
            </w:r>
          </w:p>
        </w:tc>
        <w:tc>
          <w:tcPr>
            <w:tcW w:type="dxa" w:w="2635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right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635"/>
            <w:shd w:fill="F8FAFC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소득세</w:t>
            </w:r>
          </w:p>
        </w:tc>
        <w:tc>
          <w:tcPr>
            <w:tcW w:type="dxa" w:w="2635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right"/>
            </w:pPr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2635"/>
            <w:shd w:fill="F8FAFC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연장근로수당</w:t>
            </w:r>
          </w:p>
        </w:tc>
        <w:tc>
          <w:tcPr>
            <w:tcW w:type="dxa" w:w="2635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right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635"/>
            <w:shd w:fill="F8FAFC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지방소득세</w:t>
            </w:r>
          </w:p>
        </w:tc>
        <w:tc>
          <w:tcPr>
            <w:tcW w:type="dxa" w:w="2635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right"/>
            </w:pPr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2635"/>
            <w:shd w:fill="F8FAFC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야간근로수당</w:t>
            </w:r>
          </w:p>
        </w:tc>
        <w:tc>
          <w:tcPr>
            <w:tcW w:type="dxa" w:w="2635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right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635"/>
            <w:shd w:fill="F8FAFC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국민연금</w:t>
            </w:r>
          </w:p>
        </w:tc>
        <w:tc>
          <w:tcPr>
            <w:tcW w:type="dxa" w:w="2635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right"/>
            </w:pPr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2635"/>
            <w:shd w:fill="F8FAFC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휴일근로수당</w:t>
            </w:r>
          </w:p>
        </w:tc>
        <w:tc>
          <w:tcPr>
            <w:tcW w:type="dxa" w:w="2635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right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635"/>
            <w:shd w:fill="F8FAFC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건강보험</w:t>
            </w:r>
          </w:p>
        </w:tc>
        <w:tc>
          <w:tcPr>
            <w:tcW w:type="dxa" w:w="2635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right"/>
            </w:pPr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2635"/>
            <w:shd w:fill="F8FAFC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상여금</w:t>
            </w:r>
          </w:p>
        </w:tc>
        <w:tc>
          <w:tcPr>
            <w:tcW w:type="dxa" w:w="2635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right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635"/>
            <w:shd w:fill="F8FAFC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고용보험</w:t>
            </w:r>
          </w:p>
        </w:tc>
        <w:tc>
          <w:tcPr>
            <w:tcW w:type="dxa" w:w="2635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right"/>
            </w:pPr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2635"/>
            <w:shd w:fill="F8FAFC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식대/교통비</w:t>
            </w:r>
          </w:p>
        </w:tc>
        <w:tc>
          <w:tcPr>
            <w:tcW w:type="dxa" w:w="2635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right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635"/>
            <w:shd w:fill="F8FAFC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장기요양보험</w:t>
            </w:r>
          </w:p>
        </w:tc>
        <w:tc>
          <w:tcPr>
            <w:tcW w:type="dxa" w:w="2635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right"/>
            </w:pPr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2635"/>
            <w:shd w:fill="F8FAFC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기타수당</w:t>
            </w:r>
          </w:p>
        </w:tc>
        <w:tc>
          <w:tcPr>
            <w:tcW w:type="dxa" w:w="2635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right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635"/>
            <w:shd w:fill="F8FAFC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기타공제</w:t>
            </w:r>
          </w:p>
        </w:tc>
        <w:tc>
          <w:tcPr>
            <w:tcW w:type="dxa" w:w="2635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right"/>
            </w:pPr>
            <w:r/>
            <w:r>
              <w:rPr>
                <w:b w:val="0"/>
                <w:sz w:val="18"/>
              </w:rPr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2635"/>
        <w:gridCol w:w="2635"/>
        <w:gridCol w:w="2635"/>
        <w:gridCol w:w="2635"/>
      </w:tblGrid>
      <w:tr>
        <w:tc>
          <w:tcPr>
            <w:tcW w:type="dxa" w:w="2635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지급총액</w:t>
            </w:r>
          </w:p>
        </w:tc>
        <w:tc>
          <w:tcPr>
            <w:tcW w:type="dxa" w:w="2635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left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635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공제총액</w:t>
            </w:r>
          </w:p>
        </w:tc>
        <w:tc>
          <w:tcPr>
            <w:tcW w:type="dxa" w:w="2635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left"/>
            </w:pPr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2635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실지급액</w:t>
            </w:r>
          </w:p>
        </w:tc>
        <w:tc>
          <w:tcPr>
            <w:tcW w:type="dxa" w:w="2635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left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635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계산방법</w:t>
            </w:r>
          </w:p>
        </w:tc>
        <w:tc>
          <w:tcPr>
            <w:tcW w:type="dxa" w:w="2635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left"/>
            </w:pPr>
            <w:r/>
            <w:r>
              <w:rPr>
                <w:b w:val="0"/>
                <w:sz w:val="18"/>
              </w:rPr>
              <w:t>지급총액 - 공제총액</w:t>
            </w:r>
          </w:p>
        </w:tc>
      </w:tr>
      <w:tr>
        <w:tc>
          <w:tcPr>
            <w:tcW w:type="dxa" w:w="2635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비고</w:t>
            </w:r>
          </w:p>
        </w:tc>
        <w:tc>
          <w:tcPr>
            <w:tcW w:type="dxa" w:w="2635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left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635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확인</w:t>
            </w:r>
          </w:p>
        </w:tc>
        <w:tc>
          <w:tcPr>
            <w:tcW w:type="dxa" w:w="2635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left"/>
            </w:pPr>
            <w:r/>
            <w:r>
              <w:rPr>
                <w:b w:val="0"/>
                <w:sz w:val="18"/>
              </w:rPr>
              <w:t>□ 확인  □ 재확인 필요</w:t>
            </w:r>
          </w:p>
        </w:tc>
      </w:tr>
      <w:tr>
        <w:tc>
          <w:tcPr>
            <w:tcW w:type="dxa" w:w="2635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수령인</w:t>
            </w:r>
          </w:p>
        </w:tc>
        <w:tc>
          <w:tcPr>
            <w:tcW w:type="dxa" w:w="2635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left"/>
            </w:pPr>
            <w:r/>
            <w:r>
              <w:rPr>
                <w:b w:val="0"/>
                <w:sz w:val="18"/>
              </w:rPr>
              <w:t>____________________ (서명/인)</w:t>
            </w:r>
          </w:p>
        </w:tc>
        <w:tc>
          <w:tcPr>
            <w:tcW w:type="dxa" w:w="2635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담당자</w:t>
            </w:r>
          </w:p>
        </w:tc>
        <w:tc>
          <w:tcPr>
            <w:tcW w:type="dxa" w:w="2635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left"/>
            </w:pPr>
            <w:r/>
            <w:r>
              <w:rPr>
                <w:b w:val="0"/>
                <w:sz w:val="18"/>
              </w:rPr>
              <w:t>____________________ (서명/인)</w:t>
            </w:r>
          </w:p>
        </w:tc>
      </w:tr>
    </w:tbl>
    <w:p/>
    <w:p>
      <w:pPr>
        <w:jc w:val="left"/>
      </w:pPr>
      <w:r>
        <w:rPr>
          <w:sz w:val="18"/>
        </w:rPr>
        <w:t>※ 지급 항목과 공제 항목은 회사 급여 체계에 맞게 수정하여 사용하세요.</w:t>
      </w:r>
    </w:p>
    <w:sectPr w:rsidR="00FC693F" w:rsidRPr="0006063C" w:rsidSect="00034616">
      <w:pgSz w:w="12240" w:h="15840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