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영 수 증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금액</w:t>
            </w:r>
          </w:p>
        </w:tc>
        <w:tc>
          <w:tcPr>
            <w:tcW w:type="dxa" w:w="51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일금 ______________________________ 원정 (₩__________________)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지급자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연락처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수령자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사업자/주민번호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거래일자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수령일자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</w:t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거래내용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지급방법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현금  □ 계좌이체  □ 카드  □ 기타</w:t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비고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증빙첨부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있음  □ 없음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품목/내용</w:t>
            </w:r>
          </w:p>
        </w:tc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수량</w:t>
            </w:r>
          </w:p>
        </w:tc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단가</w:t>
            </w:r>
          </w:p>
        </w:tc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금액</w:t>
            </w:r>
          </w:p>
        </w:tc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비고</w:t>
            </w:r>
          </w:p>
        </w:tc>
      </w:tr>
      <w:tr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</w:tbl>
    <w:p/>
    <w:p>
      <w:pPr>
        <w:jc w:val="center"/>
      </w:pPr>
      <w:r>
        <w:rPr>
          <w:sz w:val="22"/>
        </w:rPr>
        <w:t>위 금액을 정히 수령하였음을 확인합니다.</w:t>
      </w:r>
    </w:p>
    <w:p>
      <w:pPr>
        <w:jc w:val="center"/>
      </w:pPr>
      <w:r>
        <w:t>20____년 ____월 ____일</w:t>
      </w:r>
    </w:p>
    <w:p>
      <w:pPr>
        <w:jc w:val="right"/>
      </w:pPr>
      <w:r>
        <w:t>수령자: __________________________  (서명/인)</w:t>
      </w:r>
    </w:p>
    <w:p/>
    <w:p>
      <w:r>
        <w:rPr>
          <w:sz w:val="18"/>
        </w:rPr>
        <w:t>※ 금액, 거래내용, 수령자 정보, 서명 또는 날인을 확인한 뒤 보관하세요.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