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560"/>
        <w:jc w:val="center"/>
      </w:pPr>
      <w:r>
        <w:rPr>
          <w:rFonts w:ascii="맑은 고딕" w:hAnsi="맑은 고딕" w:eastAsia="맑은 고딕"/>
          <w:b/>
          <w:color w:val="111111"/>
          <w:sz w:val="48"/>
        </w:rPr>
        <w:t>사  직  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118"/>
        <w:gridCol w:w="1701"/>
        <w:gridCol w:w="3118"/>
      </w:tblGrid>
      <w:tr>
        <w:trPr>
          <w:trHeight w:val="850" w:hRule="atLeast"/>
        </w:trPr>
        <w:tc>
          <w:tcPr>
            <w:tcW w:type="dxa" w:w="1701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shd w:fill="F2F4F7"/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0"/>
              </w:rPr>
              <w:t>성명</w:t>
            </w:r>
          </w:p>
        </w:tc>
        <w:tc>
          <w:tcPr>
            <w:tcW w:type="dxa" w:w="3118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0"/>
              </w:rPr>
            </w:r>
          </w:p>
        </w:tc>
        <w:tc>
          <w:tcPr>
            <w:tcW w:type="dxa" w:w="1701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shd w:fill="F2F4F7"/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0"/>
              </w:rPr>
              <w:t>소속/직위</w:t>
            </w:r>
          </w:p>
        </w:tc>
        <w:tc>
          <w:tcPr>
            <w:tcW w:type="dxa" w:w="3118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0"/>
              </w:rPr>
            </w:r>
          </w:p>
        </w:tc>
      </w:tr>
      <w:tr>
        <w:trPr>
          <w:trHeight w:val="850" w:hRule="atLeast"/>
        </w:trPr>
        <w:tc>
          <w:tcPr>
            <w:tcW w:type="dxa" w:w="1701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shd w:fill="F2F4F7"/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0"/>
              </w:rPr>
              <w:t>사번</w:t>
            </w:r>
          </w:p>
        </w:tc>
        <w:tc>
          <w:tcPr>
            <w:tcW w:type="dxa" w:w="3118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0"/>
              </w:rPr>
            </w:r>
          </w:p>
        </w:tc>
        <w:tc>
          <w:tcPr>
            <w:tcW w:type="dxa" w:w="1701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shd w:fill="F2F4F7"/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0"/>
              </w:rPr>
              <w:t>입사일</w:t>
            </w:r>
          </w:p>
        </w:tc>
        <w:tc>
          <w:tcPr>
            <w:tcW w:type="dxa" w:w="3118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0"/>
              </w:rPr>
              <w:t>20____년 ____월 ____일</w:t>
            </w:r>
          </w:p>
        </w:tc>
      </w:tr>
      <w:tr>
        <w:trPr>
          <w:trHeight w:val="850" w:hRule="atLeast"/>
        </w:trPr>
        <w:tc>
          <w:tcPr>
            <w:tcW w:type="dxa" w:w="1701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shd w:fill="F2F4F7"/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0"/>
              </w:rPr>
              <w:t>퇴직 예정일</w:t>
            </w:r>
          </w:p>
        </w:tc>
        <w:tc>
          <w:tcPr>
            <w:tcW w:type="dxa" w:w="7937"/>
            <w:vAlign w:val="center"/>
            <w:gridSpan w:val="3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1"/>
              </w:rPr>
              <w:t>20____년 ____월 ____일</w:t>
            </w:r>
          </w:p>
        </w:tc>
      </w:tr>
      <w:tr>
        <w:trPr>
          <w:trHeight w:val="3855" w:hRule="atLeast"/>
        </w:trPr>
        <w:tc>
          <w:tcPr>
            <w:tcW w:type="dxa" w:w="1701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shd w:fill="F2F4F7"/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0"/>
              </w:rPr>
              <w:t>사직 사유</w:t>
            </w:r>
          </w:p>
        </w:tc>
        <w:tc>
          <w:tcPr>
            <w:tcW w:type="dxa" w:w="7937"/>
            <w:vAlign w:val="center"/>
            <w:gridSpan w:val="3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single" w:sz="6" w:space="0" w:color="555555"/>
              <w:left w:val="single" w:sz="6" w:space="0" w:color="555555"/>
              <w:start w:val="single" w:sz="6" w:space="0" w:color="555555"/>
              <w:bottom w:val="single" w:sz="6" w:space="0" w:color="555555"/>
              <w:right w:val="single" w:sz="6" w:space="0" w:color="555555"/>
              <w:end w:val="single" w:sz="6" w:space="0" w:color="55555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1"/>
              </w:rPr>
            </w:r>
          </w:p>
        </w:tc>
      </w:tr>
    </w:tbl>
    <w:p>
      <w:pPr>
        <w:spacing w:before="440" w:after="0" w:line="420" w:lineRule="auto"/>
        <w:jc w:val="center"/>
      </w:pPr>
      <w:r>
        <w:rPr>
          <w:rFonts w:ascii="맑은 고딕" w:hAnsi="맑은 고딕" w:eastAsia="맑은 고딕"/>
          <w:b w:val="0"/>
          <w:color w:val="222222"/>
          <w:sz w:val="23"/>
        </w:rPr>
        <w:t>상기 본인은 위와 같은 사유로 사직하고자 하오니</w:t>
        <w:br/>
      </w:r>
      <w:r>
        <w:rPr>
          <w:rFonts w:ascii="맑은 고딕" w:hAnsi="맑은 고딕" w:eastAsia="맑은 고딕"/>
          <w:b w:val="0"/>
          <w:color w:val="222222"/>
          <w:sz w:val="23"/>
        </w:rPr>
        <w:t>처리하여 주시기 바랍니다.</w:t>
      </w:r>
    </w:p>
    <w:p>
      <w:pPr>
        <w:spacing w:before="380" w:after="360"/>
        <w:jc w:val="center"/>
      </w:pPr>
      <w:r>
        <w:rPr>
          <w:rFonts w:ascii="맑은 고딕" w:hAnsi="맑은 고딕" w:eastAsia="맑은 고딕"/>
          <w:b w:val="0"/>
          <w:color w:val="222222"/>
          <w:sz w:val="22"/>
        </w:rPr>
        <w:t>20____년 ____월 ____일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701"/>
        <w:gridCol w:w="4082"/>
      </w:tblGrid>
      <w:tr>
        <w:trPr>
          <w:trHeight w:val="680" w:hRule="atLeast"/>
        </w:trPr>
        <w:tc>
          <w:tcPr>
            <w:tcW w:type="dxa" w:w="4819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nil" w:sz="0" w:space="0" w:color="FFFFFF"/>
              <w:left w:val="nil" w:sz="0" w:space="0" w:color="FFFFFF"/>
              <w:start w:val="nil" w:sz="0" w:space="0" w:color="FFFFFF"/>
              <w:bottom w:val="nil" w:sz="0" w:space="0" w:color="FFFFFF"/>
              <w:right w:val="nil" w:sz="0" w:space="0" w:color="FFFFFF"/>
              <w:end w:val="nil" w:sz="0" w:space="0" w:color="FFFFFF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1"/>
              </w:rPr>
              <w:t>신청인</w:t>
            </w:r>
          </w:p>
        </w:tc>
        <w:tc>
          <w:tcPr>
            <w:tcW w:type="dxa" w:w="4819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nil" w:sz="0" w:space="0" w:color="FFFFFF"/>
              <w:left w:val="nil" w:sz="0" w:space="0" w:color="FFFFFF"/>
              <w:start w:val="nil" w:sz="0" w:space="0" w:color="FFFFFF"/>
              <w:bottom w:val="nil" w:sz="0" w:space="0" w:color="FFFFFF"/>
              <w:right w:val="nil" w:sz="0" w:space="0" w:color="FFFFFF"/>
              <w:end w:val="nil" w:sz="0" w:space="0" w:color="FFFFFF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1"/>
              </w:rPr>
              <w:t>________________  (서명/인)</w:t>
            </w:r>
          </w:p>
        </w:tc>
      </w:tr>
      <w:tr>
        <w:trPr>
          <w:trHeight w:val="680" w:hRule="atLeast"/>
        </w:trPr>
        <w:tc>
          <w:tcPr>
            <w:tcW w:type="dxa" w:w="4819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nil" w:sz="0" w:space="0" w:color="FFFFFF"/>
              <w:left w:val="nil" w:sz="0" w:space="0" w:color="FFFFFF"/>
              <w:start w:val="nil" w:sz="0" w:space="0" w:color="FFFFFF"/>
              <w:bottom w:val="nil" w:sz="0" w:space="0" w:color="FFFFFF"/>
              <w:right w:val="nil" w:sz="0" w:space="0" w:color="FFFFFF"/>
              <w:end w:val="nil" w:sz="0" w:space="0" w:color="FFFFFF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맑은 고딕" w:hAnsi="맑은 고딕" w:eastAsia="맑은 고딕"/>
                <w:b/>
                <w:color w:val="222222"/>
                <w:sz w:val="21"/>
              </w:rPr>
              <w:t>승인자</w:t>
            </w:r>
          </w:p>
        </w:tc>
        <w:tc>
          <w:tcPr>
            <w:tcW w:type="dxa" w:w="4819"/>
            <w:vAlign w:val="center"/>
            <w:tcMar>
              <w:top w:w="150" w:type="dxa"/>
              <w:left w:w="150" w:type="dxa"/>
              <w:start w:w="150" w:type="dxa"/>
              <w:bottom w:w="150" w:type="dxa"/>
              <w:right w:w="150" w:type="dxa"/>
              <w:end w:w="150" w:type="dxa"/>
            </w:tcMar>
            <w:tcBorders>
              <w:top w:val="nil" w:sz="0" w:space="0" w:color="FFFFFF"/>
              <w:left w:val="nil" w:sz="0" w:space="0" w:color="FFFFFF"/>
              <w:start w:val="nil" w:sz="0" w:space="0" w:color="FFFFFF"/>
              <w:bottom w:val="nil" w:sz="0" w:space="0" w:color="FFFFFF"/>
              <w:right w:val="nil" w:sz="0" w:space="0" w:color="FFFFFF"/>
              <w:end w:val="nil" w:sz="0" w:space="0" w:color="FFFFFF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222222"/>
                <w:sz w:val="21"/>
              </w:rPr>
              <w:t>________________  (서명/인)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96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일반 회사 제출용 사직서</dc:title>
  <dc:subject>사직 의사와 퇴직 예정일을 기재하는 회사 제출용 서식</dc:subject>
  <dc:creator>edownl.com</dc:creator>
  <cp:keywords>사직서, 퇴직서, 회사서식</cp:keywords>
  <dc:description>공식 및 HR 실무 서식의 공통 구조를 참고해 새로 제작한 일반 양식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