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4"/>
        </w:rPr>
        <w:t>자 기 소 개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지원분야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작성일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</w:t>
            </w:r>
          </w:p>
        </w:tc>
      </w:tr>
    </w:tbl>
    <w:p/>
    <w:p>
      <w:r>
        <w:rPr>
          <w:rFonts w:ascii="맑은 고딕" w:hAnsi="맑은 고딕" w:eastAsia="맑은 고딕"/>
          <w:b/>
          <w:sz w:val="24"/>
        </w:rPr>
        <w:t>성장 과정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가정환경이나 개인 신상보다 지원 직무와 연결되는 태도, 책임감, 꾸준함, 문제 해결 경험을 중심으로 작성합니다.</w:t>
              <w:br/>
              <w:br/>
              <w:br/>
              <w:br/>
              <w:br/>
              <w:br/>
              <w:br/>
              <w:br/>
            </w:r>
          </w:p>
        </w:tc>
      </w:tr>
    </w:tbl>
    <w:p/>
    <w:p>
      <w:r>
        <w:rPr>
          <w:rFonts w:ascii="맑은 고딕" w:hAnsi="맑은 고딕" w:eastAsia="맑은 고딕"/>
          <w:b/>
          <w:sz w:val="24"/>
        </w:rPr>
        <w:t>성격의 장단점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장점은 실제 행동 사례와 함께 쓰고, 단점은 개선을 위해 어떤 노력을 하고 있는지 함께 적습니다.</w:t>
              <w:br/>
              <w:br/>
              <w:br/>
              <w:br/>
              <w:br/>
              <w:br/>
              <w:br/>
              <w:br/>
            </w:r>
          </w:p>
        </w:tc>
      </w:tr>
    </w:tbl>
    <w:p/>
    <w:p>
      <w:r>
        <w:rPr>
          <w:rFonts w:ascii="맑은 고딕" w:hAnsi="맑은 고딕" w:eastAsia="맑은 고딕"/>
          <w:b/>
          <w:sz w:val="24"/>
        </w:rPr>
        <w:t>지원 동기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회사나 직무를 선택한 이유를 구체적으로 쓰고, 본인의 경험과 역량이 어떻게 연결되는지 설명합니다.</w:t>
              <w:br/>
              <w:br/>
              <w:br/>
              <w:br/>
              <w:br/>
              <w:br/>
              <w:br/>
              <w:br/>
            </w:r>
          </w:p>
        </w:tc>
      </w:tr>
    </w:tbl>
    <w:p/>
    <w:p>
      <w:r>
        <w:rPr>
          <w:rFonts w:ascii="맑은 고딕" w:hAnsi="맑은 고딕" w:eastAsia="맑은 고딕"/>
          <w:b/>
          <w:sz w:val="24"/>
        </w:rPr>
        <w:t>경험 및 경력 사항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아르바이트, 교육, 프로젝트, 봉사활동 등에서 맡은 역할과 결과를 사실 중심으로 작성합니다.</w:t>
              <w:br/>
              <w:br/>
              <w:br/>
              <w:br/>
              <w:br/>
              <w:br/>
              <w:br/>
              <w:br/>
            </w:r>
          </w:p>
        </w:tc>
      </w:tr>
    </w:tbl>
    <w:p/>
    <w:p>
      <w:r>
        <w:rPr>
          <w:rFonts w:ascii="맑은 고딕" w:hAnsi="맑은 고딕" w:eastAsia="맑은 고딕"/>
          <w:b/>
          <w:sz w:val="24"/>
        </w:rPr>
        <w:t>입사 후 포부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입사 후 배우고 싶은 점, 기여하고 싶은 방향, 장기적으로 성장하고 싶은 목표를 현실적으로 적습니다.</w:t>
              <w:br/>
              <w:br/>
              <w:br/>
              <w:br/>
              <w:br/>
              <w:br/>
              <w:br/>
              <w:br/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/>
          <w:sz w:val="20"/>
        </w:rPr>
        <w:t>지원자: ____________________ (서명)</w:t>
      </w:r>
    </w:p>
    <w:sectPr w:rsidR="00FC693F" w:rsidRPr="0006063C" w:rsidSect="00034616">
      <w:pgSz w:w="11906" w:h="16838"/>
      <w:pgMar w:top="85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