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sz w:val="36"/>
        </w:rPr>
        <w:t>노인일자리 및 사회활동 지원사업 참여신청서</w:t>
      </w:r>
    </w:p>
    <w:p>
      <w:pPr>
        <w:jc w:val="center"/>
      </w:pPr>
      <w:r>
        <w:rPr>
          <w:rFonts w:ascii="맑은 고딕" w:hAnsi="맑은 고딕" w:eastAsia="맑은 고딕"/>
          <w:b w:val="0"/>
          <w:sz w:val="18"/>
        </w:rPr>
        <w:t>※ 접수번호와 수행기관 확인란은 담당자가 작성합니다.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153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접수번호</w:t>
            </w:r>
          </w:p>
        </w:tc>
        <w:tc>
          <w:tcPr>
            <w:tcW w:type="dxa" w:w="340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53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신청일</w:t>
            </w:r>
          </w:p>
        </w:tc>
        <w:tc>
          <w:tcPr>
            <w:tcW w:type="dxa" w:w="345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20      년      월      일</w:t>
            </w:r>
          </w:p>
        </w:tc>
      </w:tr>
      <w:tr>
        <w:tc>
          <w:tcPr>
            <w:tcW w:type="dxa" w:w="153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성명</w:t>
            </w:r>
          </w:p>
        </w:tc>
        <w:tc>
          <w:tcPr>
            <w:tcW w:type="dxa" w:w="340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53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생년월일</w:t>
            </w:r>
          </w:p>
        </w:tc>
        <w:tc>
          <w:tcPr>
            <w:tcW w:type="dxa" w:w="345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 xml:space="preserve">        년      월      일</w:t>
            </w:r>
          </w:p>
        </w:tc>
      </w:tr>
      <w:tr>
        <w:tc>
          <w:tcPr>
            <w:tcW w:type="dxa" w:w="153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연락처</w:t>
            </w:r>
          </w:p>
        </w:tc>
        <w:tc>
          <w:tcPr>
            <w:tcW w:type="dxa" w:w="340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자택:                 휴대폰:</w:t>
            </w:r>
          </w:p>
        </w:tc>
        <w:tc>
          <w:tcPr>
            <w:tcW w:type="dxa" w:w="153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성별</w:t>
            </w:r>
          </w:p>
        </w:tc>
        <w:tc>
          <w:tcPr>
            <w:tcW w:type="dxa" w:w="345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남 / 여</w:t>
            </w:r>
          </w:p>
        </w:tc>
      </w:tr>
      <w:tr>
        <w:tc>
          <w:tcPr>
            <w:tcW w:type="dxa" w:w="153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주소</w:t>
            </w:r>
          </w:p>
        </w:tc>
        <w:tc>
          <w:tcPr>
            <w:tcW w:type="dxa" w:w="8391"/>
            <w:gridSpan w:val="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</w:r>
          </w:p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53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희망사업</w:t>
            </w:r>
          </w:p>
        </w:tc>
        <w:tc>
          <w:tcPr>
            <w:tcW w:type="dxa" w:w="340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공익활동 / 사회서비스형 / 시장형 / 취업알선형 / 기타</w:t>
            </w:r>
          </w:p>
        </w:tc>
        <w:tc>
          <w:tcPr>
            <w:tcW w:type="dxa" w:w="153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희망근무지</w:t>
            </w:r>
          </w:p>
        </w:tc>
        <w:tc>
          <w:tcPr>
            <w:tcW w:type="dxa" w:w="345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53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최종학력</w:t>
            </w:r>
          </w:p>
        </w:tc>
        <w:tc>
          <w:tcPr>
            <w:tcW w:type="dxa" w:w="340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53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주요경력</w:t>
            </w:r>
          </w:p>
        </w:tc>
        <w:tc>
          <w:tcPr>
            <w:tcW w:type="dxa" w:w="345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53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건강상태</w:t>
            </w:r>
          </w:p>
        </w:tc>
        <w:tc>
          <w:tcPr>
            <w:tcW w:type="dxa" w:w="340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양호 / 보통 / 치료중 / 기타</w:t>
            </w:r>
          </w:p>
        </w:tc>
        <w:tc>
          <w:tcPr>
            <w:tcW w:type="dxa" w:w="153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기초연금</w:t>
            </w:r>
          </w:p>
        </w:tc>
        <w:tc>
          <w:tcPr>
            <w:tcW w:type="dxa" w:w="345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수급 / 비수급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2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참여 희망 사유 및 활동 가능 시간</w:t>
            </w:r>
          </w:p>
        </w:tc>
      </w:tr>
      <w:tr>
        <w:tc>
          <w:tcPr>
            <w:tcW w:type="dxa" w:w="992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spacing w:line="300" w:lineRule="auto"/>
            </w:pPr>
            <w:r/>
            <w:r>
              <w:t xml:space="preserve"> </w:t>
            </w:r>
          </w:p>
          <w:p>
            <w:pPr>
              <w:spacing w:line="300" w:lineRule="auto"/>
            </w:pPr>
            <w:r>
              <w:t xml:space="preserve"> </w:t>
            </w:r>
          </w:p>
          <w:p>
            <w:pPr>
              <w:spacing w:line="300" w:lineRule="auto"/>
            </w:pPr>
            <w:r>
              <w:t xml:space="preserve"> </w:t>
            </w:r>
          </w:p>
          <w:p>
            <w:pPr>
              <w:spacing w:line="300" w:lineRule="auto"/>
            </w:pPr>
            <w:r>
              <w:t xml:space="preserve"> </w:t>
            </w:r>
          </w:p>
          <w:p>
            <w:pPr>
              <w:spacing w:line="300" w:lineRule="auto"/>
            </w:pPr>
            <w:r>
              <w:t xml:space="preserve"> 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2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보유 자격·경력·특이사항</w:t>
            </w:r>
          </w:p>
        </w:tc>
      </w:tr>
      <w:tr>
        <w:tc>
          <w:tcPr>
            <w:tcW w:type="dxa" w:w="992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spacing w:line="300" w:lineRule="auto"/>
            </w:pPr>
            <w:r/>
            <w:r>
              <w:t xml:space="preserve"> </w:t>
            </w:r>
          </w:p>
          <w:p>
            <w:pPr>
              <w:spacing w:line="300" w:lineRule="auto"/>
            </w:pPr>
            <w:r>
              <w:t xml:space="preserve"> </w:t>
            </w:r>
          </w:p>
          <w:p>
            <w:pPr>
              <w:spacing w:line="300" w:lineRule="auto"/>
            </w:pPr>
            <w:r>
              <w:t xml:space="preserve"> </w:t>
            </w:r>
          </w:p>
          <w:p>
            <w:pPr>
              <w:spacing w:line="300" w:lineRule="auto"/>
            </w:pPr>
            <w:r>
              <w:t xml:space="preserve"> </w:t>
            </w:r>
          </w:p>
        </w:tc>
      </w:tr>
    </w:tbl>
    <w:p>
      <w:pPr>
        <w:jc w:val="left"/>
      </w:pPr>
      <w:r>
        <w:rPr>
          <w:rFonts w:ascii="맑은 고딕" w:hAnsi="맑은 고딕" w:eastAsia="맑은 고딕"/>
          <w:b w:val="0"/>
          <w:sz w:val="18"/>
        </w:rPr>
        <w:t>위와 같이 노인일자리 및 사회활동 지원사업 참여를 신청하며, 기재한 내용이 사실임을 확인합니다.</w:t>
      </w:r>
    </w:p>
    <w:p>
      <w:pPr>
        <w:jc w:val="center"/>
      </w:pPr>
      <w:r>
        <w:rPr>
          <w:rFonts w:ascii="맑은 고딕" w:hAnsi="맑은 고딕" w:eastAsia="맑은 고딕"/>
          <w:b w:val="0"/>
          <w:sz w:val="18"/>
        </w:rPr>
        <w:t>20      년      월      일</w:t>
      </w:r>
    </w:p>
    <w:p>
      <w:pPr>
        <w:jc w:val="left"/>
      </w:pPr>
      <w:r>
        <w:rPr>
          <w:rFonts w:ascii="맑은 고딕" w:hAnsi="맑은 고딕" w:eastAsia="맑은 고딕"/>
          <w:b w:val="0"/>
          <w:sz w:val="18"/>
        </w:rPr>
        <w:t>신청인: ____________________  (서명 또는 인)</w:t>
      </w:r>
    </w:p>
    <w:p>
      <w:pPr>
        <w:jc w:val="left"/>
      </w:pPr>
      <w:r>
        <w:rPr>
          <w:rFonts w:ascii="맑은 고딕" w:hAnsi="맑은 고딕" w:eastAsia="맑은 고딕"/>
          <w:b w:val="0"/>
          <w:sz w:val="18"/>
        </w:rPr>
        <w:t>수행기관 확인: ____________________  담당자: ____________________</w:t>
      </w:r>
    </w:p>
    <w:p>
      <w:r>
        <w:br w:type="page"/>
      </w:r>
    </w:p>
    <w:p>
      <w:pPr>
        <w:jc w:val="center"/>
      </w:pPr>
      <w:r>
        <w:rPr>
          <w:rFonts w:ascii="맑은 고딕" w:hAnsi="맑은 고딕" w:eastAsia="맑은 고딕"/>
          <w:b/>
          <w:sz w:val="36"/>
        </w:rPr>
        <w:t>개인정보 수집·이용 및 제공 동의서</w:t>
      </w:r>
    </w:p>
    <w:p>
      <w:pPr>
        <w:jc w:val="left"/>
      </w:pPr>
      <w:r>
        <w:rPr>
          <w:rFonts w:ascii="맑은 고딕" w:hAnsi="맑은 고딕" w:eastAsia="맑은 고딕"/>
          <w:b w:val="0"/>
          <w:sz w:val="18"/>
        </w:rPr>
        <w:t>노인일자리 참여 신청과 선발, 자격 확인, 사업 운영을 위해 아래 개인정보 처리 내용을 확인합니다.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198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수집 항목</w:t>
            </w:r>
          </w:p>
        </w:tc>
        <w:tc>
          <w:tcPr>
            <w:tcW w:type="dxa" w:w="7937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성명, 생년월일, 주소, 연락처, 경력, 자격, 건강상태, 사업 참여 이력 등</w:t>
            </w:r>
          </w:p>
        </w:tc>
      </w:tr>
      <w:tr>
        <w:tc>
          <w:tcPr>
            <w:tcW w:type="dxa" w:w="198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이용 목적</w:t>
            </w:r>
          </w:p>
        </w:tc>
        <w:tc>
          <w:tcPr>
            <w:tcW w:type="dxa" w:w="7937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참여자 상담, 선발, 자격 확인, 근무 배치, 활동비 지급, 사업 관리</w:t>
            </w:r>
          </w:p>
        </w:tc>
      </w:tr>
      <w:tr>
        <w:tc>
          <w:tcPr>
            <w:tcW w:type="dxa" w:w="198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보유 기간</w:t>
            </w:r>
          </w:p>
        </w:tc>
        <w:tc>
          <w:tcPr>
            <w:tcW w:type="dxa" w:w="7937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사업 운영 및 관련 법령·지침에서 정한 기간</w:t>
            </w:r>
          </w:p>
        </w:tc>
      </w:tr>
      <w:tr>
        <w:tc>
          <w:tcPr>
            <w:tcW w:type="dxa" w:w="198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제공 대상</w:t>
            </w:r>
          </w:p>
        </w:tc>
        <w:tc>
          <w:tcPr>
            <w:tcW w:type="dxa" w:w="7937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수행기관, 지방자치단체, 보건복지부, 한국노인인력개발원 등 사업 운영 기관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2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동의 확인</w:t>
            </w:r>
          </w:p>
        </w:tc>
      </w:tr>
      <w:tr>
        <w:tc>
          <w:tcPr>
            <w:tcW w:type="dxa" w:w="992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spacing w:line="300" w:lineRule="auto"/>
            </w:pPr>
            <w:r/>
            <w:r>
              <w:t xml:space="preserve"> </w:t>
            </w:r>
          </w:p>
          <w:p>
            <w:pPr>
              <w:spacing w:line="300" w:lineRule="auto"/>
            </w:pPr>
            <w:r>
              <w:t xml:space="preserve"> </w:t>
            </w:r>
          </w:p>
          <w:p>
            <w:pPr>
              <w:spacing w:line="300" w:lineRule="auto"/>
            </w:pPr>
            <w:r>
              <w:t xml:space="preserve"> </w:t>
            </w:r>
          </w:p>
          <w:p>
            <w:pPr>
              <w:spacing w:line="300" w:lineRule="auto"/>
            </w:pPr>
            <w:r>
              <w:t xml:space="preserve"> </w:t>
            </w:r>
          </w:p>
        </w:tc>
      </w:tr>
    </w:tbl>
    <w:p>
      <w:pPr>
        <w:jc w:val="left"/>
      </w:pPr>
      <w:r>
        <w:rPr>
          <w:rFonts w:ascii="맑은 고딕" w:hAnsi="맑은 고딕" w:eastAsia="맑은 고딕"/>
          <w:b w:val="0"/>
          <w:sz w:val="18"/>
        </w:rPr>
        <w:t>□ 개인정보 수집·이용에 동의합니다.     □ 동의하지 않습니다.</w:t>
      </w:r>
    </w:p>
    <w:p>
      <w:pPr>
        <w:jc w:val="left"/>
      </w:pPr>
      <w:r>
        <w:rPr>
          <w:rFonts w:ascii="맑은 고딕" w:hAnsi="맑은 고딕" w:eastAsia="맑은 고딕"/>
          <w:b w:val="0"/>
          <w:sz w:val="18"/>
        </w:rPr>
        <w:t>□ 개인정보 제3자 제공에 동의합니다.    □ 동의하지 않습니다.</w:t>
      </w:r>
    </w:p>
    <w:p>
      <w:pPr>
        <w:jc w:val="left"/>
      </w:pPr>
      <w:r>
        <w:rPr>
          <w:rFonts w:ascii="맑은 고딕" w:hAnsi="맑은 고딕" w:eastAsia="맑은 고딕"/>
          <w:b w:val="0"/>
          <w:sz w:val="18"/>
        </w:rPr>
        <w:t>※ 동의하지 않을 경우 참여 신청 또는 선발 절차가 제한될 수 있습니다.</w:t>
      </w:r>
    </w:p>
    <w:p>
      <w:pPr>
        <w:jc w:val="center"/>
      </w:pPr>
      <w:r>
        <w:rPr>
          <w:rFonts w:ascii="맑은 고딕" w:hAnsi="맑은 고딕" w:eastAsia="맑은 고딕"/>
          <w:b w:val="0"/>
          <w:sz w:val="18"/>
        </w:rPr>
        <w:t>20      년      월      일</w:t>
      </w:r>
    </w:p>
    <w:p>
      <w:pPr>
        <w:jc w:val="left"/>
      </w:pPr>
      <w:r>
        <w:rPr>
          <w:rFonts w:ascii="맑은 고딕" w:hAnsi="맑은 고딕" w:eastAsia="맑은 고딕"/>
          <w:b w:val="0"/>
          <w:sz w:val="18"/>
        </w:rPr>
        <w:t>신청인: ____________________  (서명 또는 인)</w:t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