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6"/>
        </w:rPr>
        <w:t>거 래 명 세 서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거래일자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</w:t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거래번호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공급자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사업자등록번호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공급받는자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사업자등록번호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주소/연락처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담당자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품목</w:t>
            </w:r>
          </w:p>
        </w:tc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규격</w:t>
            </w:r>
          </w:p>
        </w:tc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수량</w:t>
            </w:r>
          </w:p>
        </w:tc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단가</w:t>
            </w:r>
          </w:p>
        </w:tc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공급가액</w:t>
            </w:r>
          </w:p>
        </w:tc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세액</w:t>
            </w:r>
          </w:p>
        </w:tc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비고</w:t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공급가액 합계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세액 합계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총 합계금액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일금 ______________________________ 원정</w:t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결제조건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납품/거래내용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인수확인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확인  □ 미확인</w:t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비고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첨부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세금계산서  □ 견적서  □ 발주서</w:t>
            </w:r>
          </w:p>
        </w:tc>
      </w:tr>
    </w:tbl>
    <w:p/>
    <w:p>
      <w:pPr>
        <w:jc w:val="center"/>
      </w:pPr>
      <w:r>
        <w:rPr>
          <w:sz w:val="22"/>
        </w:rPr>
        <w:t>위와 같이 거래하였음을 확인합니다.</w:t>
      </w:r>
    </w:p>
    <w:p>
      <w:pPr>
        <w:jc w:val="center"/>
      </w:pPr>
      <w:r>
        <w:t>20____년 ____월 ____일</w:t>
      </w:r>
    </w:p>
    <w:p>
      <w:pPr>
        <w:jc w:val="right"/>
      </w:pPr>
      <w:r>
        <w:t>공급자: ____________________ (인)    공급받는자: ____________________ (인)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