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6"/>
        </w:rPr>
        <w:t>휴 가 신 청 서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결재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담당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팀장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승인</w:t>
            </w:r>
          </w:p>
        </w:tc>
      </w:tr>
      <w:tr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소속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직위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성명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사번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휴가종류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연차  □ 반차  □ 병가  □ 경조  □ 기타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잔여연차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____일</w:t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휴가기간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  ~  20____년 ____월 ____일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사용일수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____일</w:t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비상연락처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업무대체자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휴가사유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첨부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진단서  □ 증빙  □ 없음</w:t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업무인계 내용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복귀예정일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업무명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현재 진행상태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인계받는 사람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비고</w:t>
            </w:r>
          </w:p>
        </w:tc>
      </w:tr>
      <w:tr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</w:tbl>
    <w:p/>
    <w:p>
      <w:pPr>
        <w:jc w:val="center"/>
      </w:pPr>
      <w:r>
        <w:rPr>
          <w:sz w:val="22"/>
        </w:rPr>
        <w:t>위와 같이 휴가를 신청하오니 승인하여 주시기 바랍니다.</w:t>
      </w:r>
    </w:p>
    <w:p>
      <w:pPr>
        <w:jc w:val="center"/>
      </w:pPr>
      <w:r>
        <w:t>20____년 ____월 ____일</w:t>
      </w:r>
    </w:p>
    <w:p>
      <w:pPr>
        <w:jc w:val="right"/>
      </w:pPr>
      <w:r>
        <w:t>신청인: __________________________  (서명/인)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