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44"/>
        </w:rPr>
        <w:t>근 무 확 인 서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성명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생년월일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20____년 ____월 ____일</w:t>
            </w:r>
          </w:p>
        </w:tc>
      </w:tr>
      <w:tr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연락처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주소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근무회사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사업자등록번호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근무부서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직위/직책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근무기간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20____년 ____월 ____일부터 20____년 ____월 ____일까지</w:t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근무형태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정규직 / 계약직 / 아르바이트</w:t>
            </w:r>
          </w:p>
        </w:tc>
      </w:tr>
      <w:tr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담당업무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제출용도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비고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확인일자</w:t>
            </w:r>
          </w:p>
        </w:tc>
        <w:tc>
          <w:tcPr>
            <w:tcW w:type="dxa" w:w="252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20____년 ____월 ____일</w:t>
            </w:r>
          </w:p>
        </w:tc>
      </w:tr>
    </w:tbl>
    <w:p/>
    <w:p>
      <w:pPr>
        <w:jc w:val="center"/>
      </w:pPr>
      <w:r>
        <w:t>위 사람은 상기와 같이 당사에서 근무하였음을 확인합니다.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회사명</w:t>
            </w:r>
          </w:p>
        </w:tc>
        <w:tc>
          <w:tcPr>
            <w:tcW w:type="dxa" w:w="5046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504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대표자</w:t>
            </w:r>
          </w:p>
        </w:tc>
        <w:tc>
          <w:tcPr>
            <w:tcW w:type="dxa" w:w="5046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____________________ (인)</w:t>
            </w:r>
          </w:p>
        </w:tc>
      </w:tr>
      <w:tr>
        <w:tc>
          <w:tcPr>
            <w:tcW w:type="dxa" w:w="504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확인자</w:t>
            </w:r>
          </w:p>
        </w:tc>
        <w:tc>
          <w:tcPr>
            <w:tcW w:type="dxa" w:w="5046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____________________ (서명/인)</w:t>
            </w:r>
          </w:p>
        </w:tc>
      </w:tr>
    </w:tbl>
    <w:p>
      <w:r>
        <w:t>※ 제출처가 회사 직인, 명판, 사업자등록번호, 담당자 연락처를 요구하는 경우 해당 항목을 반드시 확인하세요.</w:t>
      </w:r>
    </w:p>
    <w:sectPr w:rsidR="00FC693F" w:rsidRPr="0006063C" w:rsidSect="00034616">
      <w:pgSz w:w="11906" w:h="16838"/>
      <w:pgMar w:top="964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