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6"/>
        </w:rPr>
        <w:t>업 무 보 고 서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결재</w:t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담당</w:t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검토</w:t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승인</w:t>
            </w:r>
          </w:p>
        </w:tc>
      </w:tr>
      <w:tr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보고자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소속/직위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보고일자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</w:t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보고구분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일일  □ 주간  □ 월간  □ 수시</w:t>
            </w:r>
          </w:p>
        </w:tc>
      </w:tr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업무기간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  ~  20____년 ____월 ____일</w:t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진행률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____%</w:t>
            </w:r>
          </w:p>
        </w:tc>
      </w:tr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업무명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관련부서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보고대상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78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첨부자료</w:t>
            </w:r>
          </w:p>
        </w:tc>
        <w:tc>
          <w:tcPr>
            <w:tcW w:type="dxa" w:w="2578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있음  □ 없음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주요 업무 내용</w:t>
            </w:r>
          </w:p>
        </w:tc>
        <w:tc>
          <w:tcPr>
            <w:tcW w:type="dxa" w:w="515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5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업무 결과</w:t>
            </w:r>
          </w:p>
        </w:tc>
        <w:tc>
          <w:tcPr>
            <w:tcW w:type="dxa" w:w="515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5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문제점 및 이슈</w:t>
            </w:r>
          </w:p>
        </w:tc>
        <w:tc>
          <w:tcPr>
            <w:tcW w:type="dxa" w:w="515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156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향후 계획</w:t>
            </w:r>
          </w:p>
        </w:tc>
        <w:tc>
          <w:tcPr>
            <w:tcW w:type="dxa" w:w="5156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c>
          <w:tcPr>
            <w:tcW w:type="dxa" w:w="2062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세부업무</w:t>
            </w:r>
          </w:p>
        </w:tc>
        <w:tc>
          <w:tcPr>
            <w:tcW w:type="dxa" w:w="2062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담당자</w:t>
            </w:r>
          </w:p>
        </w:tc>
        <w:tc>
          <w:tcPr>
            <w:tcW w:type="dxa" w:w="2062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진행상태</w:t>
            </w:r>
          </w:p>
        </w:tc>
        <w:tc>
          <w:tcPr>
            <w:tcW w:type="dxa" w:w="2062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완료예정일</w:t>
            </w:r>
          </w:p>
        </w:tc>
        <w:tc>
          <w:tcPr>
            <w:tcW w:type="dxa" w:w="2062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6"/>
              </w:rPr>
              <w:t>비고</w:t>
            </w:r>
          </w:p>
        </w:tc>
      </w:tr>
      <w:tr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  <w:tc>
          <w:tcPr>
            <w:tcW w:type="dxa" w:w="206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</w:r>
          </w:p>
        </w:tc>
      </w:tr>
    </w:tbl>
    <w:p/>
    <w:p>
      <w:pPr>
        <w:jc w:val="center"/>
      </w:pPr>
      <w:r>
        <w:t>20____년 ____월 ____일</w:t>
      </w:r>
    </w:p>
    <w:p>
      <w:pPr>
        <w:jc w:val="right"/>
      </w:pPr>
      <w:r>
        <w:t>보고자: __________________________  (서명/인)</w:t>
      </w:r>
    </w:p>
    <w:sectPr w:rsidR="00FC693F" w:rsidRPr="0006063C" w:rsidSect="00034616">
      <w:pgSz w:w="12240" w:h="15840"/>
      <w:pgMar w:top="907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